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Formulierungshilfen für Ehrungsanträge</w:t>
      </w:r>
    </w:p>
    <w:p>
      <w:pPr>
        <w:jc w:val="center"/>
      </w:pPr>
      <w:r>
        <w:rPr>
          <w:b/>
          <w:color w:val="3C3C3C"/>
          <w:sz w:val="30"/>
        </w:rPr>
        <w:t>Verdienstzeichen Bronze, Silber, Gold und Gold mit Brillant</w:t>
      </w:r>
    </w:p>
    <w:p/>
    <w:tbl>
      <w:tblPr>
        <w:tblW w:type="auto" w:w="0"/>
        <w:jc w:val="center"/>
        <w:tblLayout w:type="fixed"/>
        <w:tblLook w:firstColumn="1" w:firstRow="1" w:lastColumn="0" w:lastRow="0" w:noHBand="0" w:noVBand="1" w:val="04A0"/>
      </w:tblPr>
      <w:tblGrid>
        <w:gridCol w:w="8787"/>
      </w:tblGrid>
      <w:tr>
        <w:tc>
          <w:tcPr>
            <w:tcW w:type="dxa" w:w="9972"/>
            <w:shd w:fill="FFF4CC"/>
            <w:tcMar>
              <w:top w:w="220" w:type="dxa"/>
              <w:start w:w="260" w:type="dxa"/>
              <w:bottom w:w="220" w:type="dxa"/>
              <w:end w:w="260" w:type="dxa"/>
            </w:tcMar>
          </w:tcPr>
          <w:p>
            <w:pPr>
              <w:pStyle w:val="Hinweis"/>
            </w:pPr>
            <w:r>
              <w:rPr>
                <w:b/>
                <w:sz w:val="24"/>
              </w:rPr>
              <w:t>Zweck dieser Arbeitshilfe</w:t>
            </w:r>
          </w:p>
          <w:p>
            <w:pPr>
              <w:pStyle w:val="Hinweis"/>
            </w:pPr>
            <w:r>
              <w:t>Die Mustertexte unterstützen Antragstellende bei der Erstellung aussagekräftiger Begründungen im DLRG-Manager. Sie müssen an die tatsächlich nachweisbaren Funktionen, Zeiträume, Leistungen und Wirkungen der vorgeschlagenen Person angepasst werden. Eine unveränderte Übernahme ohne individuelle Konkretisierung ist nicht vorgesehen.</w:t>
            </w:r>
          </w:p>
        </w:tc>
      </w:tr>
    </w:tbl>
    <w:p/>
    <w:p>
      <w:pPr>
        <w:jc w:val="center"/>
      </w:pPr>
      <w:r>
        <w:rPr>
          <w:b/>
          <w:color w:val="E30613"/>
        </w:rPr>
        <w:t>DLRG Landesverband Schleswig-Holstein</w:t>
      </w:r>
    </w:p>
    <w:p>
      <w:r>
        <w:br w:type="page"/>
      </w:r>
    </w:p>
    <w:p>
      <w:pPr>
        <w:pStyle w:val="Heading1"/>
      </w:pPr>
      <w:r>
        <w:t>Hinweise zur Anwendung</w:t>
      </w:r>
    </w:p>
    <w:p>
      <w:pPr>
        <w:pStyle w:val="ListBullet"/>
      </w:pPr>
      <w:r>
        <w:t>Die folgenden Formulierungsvorschläge sind bewusst ausführlich gehalten. Sie zeigen, welche Angaben eine nachvollziehbare und qualitativ hochwertige Antragsbegründung enthalten kann.</w:t>
      </w:r>
    </w:p>
    <w:p>
      <w:pPr>
        <w:pStyle w:val="ListBullet"/>
      </w:pPr>
      <w:r>
        <w:t>Alle Platzhalter in eckigen Klammern sind durch konkrete Angaben zu ersetzen. Nur tatsächlich belegbare Tätigkeiten, Funktionen, Zeiträume und Ergebnisse dürfen verwendet werden.</w:t>
      </w:r>
    </w:p>
    <w:p>
      <w:pPr>
        <w:pStyle w:val="ListBullet"/>
      </w:pPr>
      <w:r>
        <w:t>Eine gute Begründung zählt nicht nur Funktionen auf. Sie beschreibt, welche Verantwortung übernommen wurde, welche konkreten Leistungen erbracht wurden, welche Ergebnisse entstanden sind und welche nachhaltige Wirkung für die DLRG erkennbar ist.</w:t>
      </w:r>
    </w:p>
    <w:p>
      <w:pPr>
        <w:pStyle w:val="ListBullet"/>
      </w:pPr>
      <w:r>
        <w:t>Die Formulierung muss zur beantragten Ehrungsstufe passen. Mit steigender Stufe müssen Verantwortung, Reichweite, Nachhaltigkeit und prägende Wirkung deutlich zunehmen.</w:t>
      </w:r>
    </w:p>
    <w:p>
      <w:pPr>
        <w:pStyle w:val="Heading2"/>
      </w:pPr>
      <w:r>
        <w:t>Empfohlener Aufbau einer Begründung</w:t>
      </w:r>
    </w:p>
    <w:p>
      <w:pPr>
        <w:pStyle w:val="ListNumber"/>
      </w:pPr>
      <w:r>
        <w:t>Einordnung: Beginn und Dauer des Engagements, Gliederung und wesentliche Funktionen.</w:t>
      </w:r>
    </w:p>
    <w:p>
      <w:pPr>
        <w:pStyle w:val="ListNumber"/>
      </w:pPr>
      <w:r>
        <w:t>Tätigkeiten: konkrete Aufgaben, Verantwortungsbereiche und regelmäßige Beiträge.</w:t>
      </w:r>
    </w:p>
    <w:p>
      <w:pPr>
        <w:pStyle w:val="ListNumber"/>
      </w:pPr>
      <w:r>
        <w:t>Besondere Leistungen: Projekte, Verbesserungen, Aufbauleistungen oder außergewöhnliche Beiträge.</w:t>
      </w:r>
    </w:p>
    <w:p>
      <w:pPr>
        <w:pStyle w:val="ListNumber"/>
      </w:pPr>
      <w:r>
        <w:t>Wirkung: Nutzen für Mitglieder, Gliederung, Verband oder Bevölkerung.</w:t>
      </w:r>
    </w:p>
    <w:p>
      <w:pPr>
        <w:pStyle w:val="ListNumber"/>
      </w:pPr>
      <w:r>
        <w:t>Bewertung: nachvollziehbare Begründung, weshalb die beantragte Ehrungsstufe angemessen ist.</w:t>
      </w:r>
    </w:p>
    <w:p>
      <w:r>
        <w:br w:type="page"/>
      </w:r>
    </w:p>
    <w:p>
      <w:pPr>
        <w:pStyle w:val="Heading1"/>
      </w:pPr>
      <w:r>
        <w:t>Verdienstzeichen Bronze</w:t>
      </w:r>
    </w:p>
    <w:p>
      <w:r>
        <w:rPr>
          <w:b/>
          <w:i/>
          <w:color w:val="5A5A5A"/>
        </w:rPr>
        <w:t>Schwerpunkt: kontinuierliche aktive Mitarbeit, Verlässlichkeit und erste besondere Verdienste.</w:t>
      </w:r>
    </w:p>
    <w:p>
      <w:pPr>
        <w:pStyle w:val="Heading2"/>
      </w:pPr>
      <w:r>
        <w:t>Formulierungsvorschlag 1 – Ausbildung</w:t>
      </w:r>
    </w:p>
    <w:p>
      <w:pPr>
        <w:jc w:val="both"/>
      </w:pPr>
      <w:r>
        <w:t>[Name] engagiert sich seit [Jahr] kontinuierlich und in vorbildlicher Weise in der Schwimm- und Rettungsschwimmausbildung der [Gliederung]. Seit Beginn der Tätigkeit übernimmt [er/sie] regelmäßig eigene Ausbildungsgruppen, bereitet Unterrichtseinheiten sorgfältig vor und begleitet Teilnehmende vom ersten Kontakt mit dem Wasser bis zur erfolgreichen Prüfung. Zu den dauerhaft wahrgenommenen Aufgaben gehören insbesondere [konkrete Aufgaben, beispielsweise Anfängerschwimmen, Rettungsschwimmausbildung, Prüfungsabnahmen oder Lehrgangsorganisation]. Dabei bringt [Name] nicht nur die erforderliche fachliche Kompetenz ein, sondern zeichnet sich auch durch Geduld, Verlässlichkeit und einen verantwortungsvollen Umgang mit Kindern, Jugendlichen und Erwachsenen aus.</w:t>
      </w:r>
    </w:p>
    <w:p>
      <w:pPr>
        <w:jc w:val="both"/>
      </w:pPr>
      <w:r>
        <w:t>Besonders hervorzuheben ist [konkrete Leistung oder Projekt]. Im Rahmen dieser Aufgabe hat [Name] [konkrete Beiträge oder Ergebnisse] erreicht und dadurch die Ausbildungsarbeit der Gliederung spürbar unterstützt. Darüber hinaus steht [er/sie] neuen Helferinnen und Helfern als Ansprechperson zur Verfügung, führt sie in praktische Abläufe ein und gibt eigene Erfahrungen bereitwillig weiter. Auch bei Lehrgängen, Prüfungen und besonderen Veranstaltungen übernimmt [Name] regelmäßig zusätzliche Dienste und trägt damit zur verlässlichen Durchführung des Ausbildungsbetriebs bei.</w:t>
      </w:r>
    </w:p>
    <w:p>
      <w:pPr>
        <w:jc w:val="both"/>
      </w:pPr>
      <w:r>
        <w:t>Durch die über mehrere Jahre beständig geleistete Arbeit sichert [Name] die Qualität und Kontinuität der Schwimm- und Rettungsschwimmausbildung. Das Engagement geht deutlich über eine bloße Mitgliedschaft oder gelegentliche Unterstützung hinaus. Die kontinuierliche aktive Mitarbeit, die hohe Einsatzbereitschaft und die erkennbare Bedeutung für den laufenden Ausbildungsbetrieb rechtfertigen die Verleihung des Verdienstzeichens Bronze.</w:t>
      </w:r>
    </w:p>
    <w:p>
      <w:pPr>
        <w:pStyle w:val="Heading2"/>
      </w:pPr>
      <w:r>
        <w:t>Formulierungsvorschlag 2 – Wasserrettungsdienst und Einsatz</w:t>
      </w:r>
    </w:p>
    <w:p>
      <w:pPr>
        <w:jc w:val="both"/>
      </w:pPr>
      <w:r>
        <w:t>[Name] ist seit [Jahr] regelmäßig im Wasserrettungsdienst und im Einsatzbereich der [Gliederung] tätig. In diesem Zeitraum hat [er/sie] eine Vielzahl von Wachdiensten übernommen und sich zuverlässig an der Vorbereitung, Durchführung und Nachbereitung von Einsätzen und Absicherungen beteiligt. Zu den Aufgaben gehören insbesondere [konkrete Tätigkeiten, beispielsweise Strand- oder Freibadwachdienst, Veranstaltungsabsicherungen, Bootsdienst, Funkdienst oder Materialpflege]. [Name] erscheint zuverlässig zu den vereinbarten Diensten, hält die erforderlichen Qualifikationen aktuell und nimmt regelmäßig an Übungen und Fortbildungen teil.</w:t>
      </w:r>
    </w:p>
    <w:p>
      <w:pPr>
        <w:jc w:val="both"/>
      </w:pPr>
      <w:r>
        <w:t>Über die reine Anwesenheit im Wachdienst hinaus übernimmt [Name] zusätzliche Verantwortung. [Er/Sie] unterstützt bei der Kontrolle und Pflege von Einsatzmitteln, hilft bei der Vorbereitung von Fahrzeugen und Booten und wirkt an der Einweisung neuer Einsatzkräfte mit. Besonders hervorzuheben ist der Einsatz bei [konkreter Einsatz, Veranstaltung oder Aufgabe]. Dort zeigte [Name] [konkrete Leistung, beispielsweise besondere Umsicht, hohe Belastbarkeit, kurzfristige Übernahme eines zusätzlichen Dienstes oder besonnenes Handeln]. Dieses Verhalten hat wesentlich dazu beigetragen, dass die Aufgabe sicher und erfolgreich durchgeführt werden konnte.</w:t>
      </w:r>
    </w:p>
    <w:p>
      <w:pPr>
        <w:jc w:val="both"/>
      </w:pPr>
      <w:r>
        <w:t>Durch die kontinuierliche Teilnahme an Diensten, Übungen und Ausbildungen sowie die Bereitschaft, auch kurzfristig zusätzliche Aufgaben zu übernehmen, stärkt [Name] die Einsatzfähigkeit der Gliederung. [Er/Sie] entlastet andere Einsatzkräfte, trägt zu verlässlichen Dienstplänen bei und ist für das Team eine geschätzte Unterstützung. Die langjährige, verlässliche und vorbildliche Mitarbeit erfüllt die Voraussetzungen für die Verleihung des Verdienstzeichens Bronze.</w:t>
      </w:r>
    </w:p>
    <w:p>
      <w:pPr>
        <w:pStyle w:val="Heading2"/>
      </w:pPr>
      <w:r>
        <w:t>Formulierungsvorschlag 3 – Jugendarbeit</w:t>
      </w:r>
    </w:p>
    <w:p>
      <w:pPr>
        <w:jc w:val="both"/>
      </w:pPr>
      <w:r>
        <w:t>[Name] engagiert sich seit [Jahr] aktiv in der Jugendarbeit der [Gliederung]. [Er/Sie] begleitet regelmäßig Gruppenstunden, Fahrten, Freizeiten und Veranstaltungen und übernimmt dabei Verantwortung für Vorbereitung, Betreuung und Durchführung. Zu den wiederkehrenden Aufgaben gehören [konkrete Tätigkeiten, beispielsweise Planung von Gruppenstunden, Organisation von Ausflügen, Betreuung bei Zeltlagern oder Mitarbeit bei Jugendvorstandssitzungen]. [Name] begegnet den Kindern und Jugendlichen mit Geduld, Verlässlichkeit und einem ausgeprägten Verantwortungsbewusstsein.</w:t>
      </w:r>
    </w:p>
    <w:p>
      <w:pPr>
        <w:jc w:val="both"/>
      </w:pPr>
      <w:r>
        <w:t>Besonders wertvoll ist der Beitrag von [Name] zur Gewinnung und Bindung junger Mitglieder. Durch [konkretes Angebot oder Projekt] ist es gelungen, [konkretes Ergebnis, beispielsweise neue Teilnehmende zu gewinnen, die regelmäßige Beteiligung zu steigern oder junge Mitglieder an erste Aufgaben heranzuführen]. [Name] achtet darauf, dass sich neue Mitglieder schnell in die Gemeinschaft einfinden, fördert Teamgeist und vermittelt die Werte der DLRG altersgerecht. Auch bei kurzfristigen organisatorischen Herausforderungen ist [er/sie] bereit, zusätzliche Aufgaben zu übernehmen und das Betreuungsteam zuverlässig zu unterstützen.</w:t>
      </w:r>
    </w:p>
    <w:p>
      <w:pPr>
        <w:jc w:val="both"/>
      </w:pPr>
      <w:r>
        <w:t>Mit persönlicher Initiative schafft [Name] positive Gemeinschaftserlebnisse und führt Kinder und Jugendliche schrittweise an die Aufgaben der DLRG heran. Das Engagement wirkt damit nicht nur während einzelner Veranstaltungen, sondern stärkt die Nachwuchsarbeit und die Bindung an die Gliederung dauerhaft. Die über mehrere Jahre kontinuierlich geleistete, vorbildliche Jugendarbeit und die erkennbare Bedeutung für die Gemeinschaft rechtfertigen die Verleihung des Verdienstzeichens Bronze.</w:t>
      </w:r>
    </w:p>
    <w:p>
      <w:pPr>
        <w:pStyle w:val="Heading2"/>
      </w:pPr>
      <w:r>
        <w:t>Formulierungsvorschlag 4 – Organisation und Verwaltung</w:t>
      </w:r>
    </w:p>
    <w:p>
      <w:pPr>
        <w:jc w:val="both"/>
      </w:pPr>
      <w:r>
        <w:t>[Name] unterstützt die Arbeit der [Gliederung] seit [Jahr] in besonderer Weise im Bereich Organisation und Verwaltung. Zu den regelmäßig wahrgenommenen Aufgaben gehören [Mitgliederverwaltung, Materialverwaltung, Veranstaltungsorganisation, Öffentlichkeitsarbeit, Kassenunterstützung oder andere Aufgaben]. [Er/Sie] bearbeitet diese Tätigkeiten zuverlässig, sorgfältig und weitgehend eigenständig. Dadurch trägt [Name] wesentlich dazu bei, dass wichtige Abläufe im Hintergrund funktionieren und die ehrenamtlich Verantwortlichen in Ausbildung, Einsatz und Jugendarbeit entlastet werden.</w:t>
      </w:r>
    </w:p>
    <w:p>
      <w:pPr>
        <w:jc w:val="both"/>
      </w:pPr>
      <w:r>
        <w:t>Besonders hervorzuheben ist [konkrete Verbesserung, Veranstaltung oder zusätzliche Aufgabe]. Im Rahmen dieser Tätigkeit hat [Name] [konkrete Schritte] umgesetzt und damit [konkretes Ergebnis, beispielsweise die Datenqualität verbessert, Abläufe beschleunigt, Materialbestände geordnet oder eine Veranstaltung organisatorisch abgesichert]. [Er/Sie] achtet auf vollständige Unterlagen, hält vereinbarte Termine ein und sorgt dafür, dass Informationen rechtzeitig an die zuständigen Personen weitergegeben werden. Bei Rückfragen steht [Name] verlässlich zur Verfügung und findet auch bei unerwarteten Problemen praktikable Lösungen.</w:t>
      </w:r>
    </w:p>
    <w:p>
      <w:pPr>
        <w:jc w:val="both"/>
      </w:pPr>
      <w:r>
        <w:t>Die von [Name] übernommenen Aufgaben sind für die Handlungsfähigkeit der Gliederung unverzichtbar, auch wenn sie für Außenstehende häufig weniger sichtbar sind. Durch die kontinuierliche, gewissenhafte und verantwortungsbewusste Mitarbeit werden andere Ehrenamtliche nachhaltig unterstützt und organisatorische Grundlagen gesichert. [Name] hat sich damit über einen längeren Zeitraum in vorbildlicher Weise verdient gemacht. Die Verleihung des Verdienstzeichens Bronze ist daher angemessen.</w:t>
      </w:r>
    </w:p>
    <w:p>
      <w:pPr>
        <w:pStyle w:val="Heading2"/>
      </w:pPr>
      <w:r>
        <w:t>Formulierungsvorschlag 5 – Vielseitiges Engagement</w:t>
      </w:r>
    </w:p>
    <w:p>
      <w:pPr>
        <w:jc w:val="both"/>
      </w:pPr>
      <w:r>
        <w:t>[Name] ist seit [Jahr] in mehreren Aufgabenbereichen der [Gliederung] aktiv. Neben der regelmäßigen Tätigkeit in [Haupttätigkeit] unterstützt [er/sie] fortlaufend auch [weiterer Tätigkeitsbereich] und beteiligt sich an Veranstaltungen, Diensten, Ausbildungsangeboten und organisatorischen Aufgaben. Diese Vielseitigkeit zeigt sich insbesondere darin, dass [Name] nicht ausschließlich einen eng begrenzten Aufgabenbereich wahrnimmt, sondern dort mithilft, wo Unterstützung benötigt wird.</w:t>
      </w:r>
    </w:p>
    <w:p>
      <w:pPr>
        <w:jc w:val="both"/>
      </w:pPr>
      <w:r>
        <w:t>[Name] zeichnet sich durch hohe Verlässlichkeit, Hilfsbereitschaft und die Bereitschaft aus, auch kurzfristig Verantwortung zu übernehmen. Besonders sichtbar wurde dieses Engagement bei [konkretes Beispiel]. Dort übernahm [er/sie] [konkrete Aufgaben] und trug dadurch dazu bei, dass [konkretes Ergebnis] erreicht werden konnte. Darüber hinaus unterstützt [Name] neue Mitglieder bei der Orientierung in der Gliederung, gibt eigene Erfahrungen weiter und wirkt durch die ruhige und kollegiale Art positiv auf die Zusammenarbeit im Team.</w:t>
      </w:r>
    </w:p>
    <w:p>
      <w:pPr>
        <w:jc w:val="both"/>
      </w:pPr>
      <w:r>
        <w:t>Durch die kontinuierliche und vielseitige Mitarbeit entlastet [Name] andere Ehrenamtliche und trägt wesentlich zu einem funktionierenden Vereinsleben bei. Die geleistete Unterstützung ist nicht auf einzelne Aktionen beschränkt, sondern seit mehreren Jahren fest in den Alltag der Gliederung eingebunden. Umfang, Zuverlässigkeit und Qualität der Mitarbeit gehen deutlich über eine passive Mitgliedschaft hinaus. Die über mehrere Jahre gezeigte aktive Mitarbeit in vorbildlicher Weise rechtfertigt daher die Verleihung des Verdienstzeichens Bronze.</w:t>
      </w:r>
    </w:p>
    <w:p>
      <w:r>
        <w:br w:type="page"/>
      </w:r>
    </w:p>
    <w:p>
      <w:pPr>
        <w:pStyle w:val="Heading1"/>
      </w:pPr>
      <w:r>
        <w:t>Verdienstzeichen Silber</w:t>
      </w:r>
    </w:p>
    <w:p>
      <w:r>
        <w:rPr>
          <w:b/>
          <w:i/>
          <w:color w:val="5A5A5A"/>
        </w:rPr>
        <w:t>Schwerpunkt: langjährige Verantwortung, überdurchschnittliche Leistungen und deutlich nachhaltige Wirkung.</w:t>
      </w:r>
    </w:p>
    <w:p>
      <w:pPr>
        <w:pStyle w:val="Heading2"/>
      </w:pPr>
      <w:r>
        <w:t>Formulierungsvorschlag 1 – Langjährige Ausbildungsleitung</w:t>
      </w:r>
    </w:p>
    <w:p>
      <w:pPr>
        <w:jc w:val="both"/>
      </w:pPr>
      <w:r>
        <w:t>[Name] engagiert sich seit [Jahr] in herausgehobener Weise in der Ausbildung der [Gliederung] und trägt seit [Zeitraum] als [Funktion] besondere fachliche und organisatorische Verantwortung. Neben der eigenen Ausbildungstätigkeit plant [er/sie] Ausbildungszeiträume, koordiniert den Einsatz der Ausbilderinnen und Ausbilder und sorgt für eine verlässliche Abstimmung mit Schwimmbädern, Schulen oder weiteren Kooperationspartnern. Unter seiner/ihrer Mitwirkung wurden [konkrete Ausbildungsangebote, Lehrgänge oder Strukturen] aufgebaut, grundlegend überarbeitet oder dauerhaft erweitert.</w:t>
      </w:r>
    </w:p>
    <w:p>
      <w:pPr>
        <w:jc w:val="both"/>
      </w:pPr>
      <w:r>
        <w:t>Ein besonderer Schwerpunkt des Engagements liegt in der Sicherung einheitlicher Qualitätsstandards. [Name] hat [konkrete Maßnahmen, beispielsweise Ausbildungsunterlagen entwickelt, interne Fortbildungen eingeführt oder Prüfungsabläufe vereinheitlicht] und dadurch die fachliche Qualität nachhaltig verbessert. Darüber hinaus hat [er/sie] zahlreiche Ausbilderinnen, Ausbilder und Einsatzkräfte qualifiziert, begleitet und zur Übernahme eigener Verantwortung befähigt. Bei personellen Engpässen oder organisatorischen Schwierigkeiten übernimmt [Name] zusätzliche Ausbildungsstunden und stellt sicher, dass Angebote möglichst ohne Unterbrechung fortgeführt werden können.</w:t>
      </w:r>
    </w:p>
    <w:p>
      <w:pPr>
        <w:jc w:val="both"/>
      </w:pPr>
      <w:r>
        <w:t>Die Leistungen beschränken sich damit nicht auf die regelmäßige Durchführung von Ausbildungsstunden. [Name] prägt vielmehr die gesamte Ausbildungsorganisation, stärkt die Nachwuchsgewinnung und schafft Strukturen, die auch unabhängig von der eigenen Person fortbestehen. Das langjährige Engagement, die übernommene Verantwortung, die deutlich erkennbare nachhaltige Wirkung und die besondere Vorbildfunktion gehen erheblich über die Anforderungen des Verdienstzeichens Bronze hinaus. Sie rechtfertigen die Verleihung des Verdienstzeichens Silber.</w:t>
      </w:r>
    </w:p>
    <w:p>
      <w:pPr>
        <w:pStyle w:val="Heading2"/>
      </w:pPr>
      <w:r>
        <w:t>Formulierungsvorschlag 2 – Führungsverantwortung im Einsatz</w:t>
      </w:r>
    </w:p>
    <w:p>
      <w:pPr>
        <w:jc w:val="both"/>
      </w:pPr>
      <w:r>
        <w:t>[Name] ist seit [Jahr] im Einsatzwesen der DLRG tätig und hat über viele Jahre besondere Verantwortung als [Funktion] übernommen. In dieser Funktion plant [er/sie] Einsatz- und Wachdienste, koordiniert Einsatzkräfte, sorgt für die erforderliche Qualifikation des Personals und wirkt an der Erstellung oder Fortschreibung von Einsatzkonzepten mit. Bei [konkrete Einsätze, Veranstaltungen oder Schadenslagen] trug [Name] die operative Verantwortung und bewies dabei Übersicht, Entscheidungsfähigkeit und ein hohes Verantwortungsbewusstsein.</w:t>
      </w:r>
    </w:p>
    <w:p>
      <w:pPr>
        <w:jc w:val="both"/>
      </w:pPr>
      <w:r>
        <w:t>Besonders hervorzuheben sind [Aufbau einer Einheit, Einführung eines Konzeptes, Beschaffung oder Verbesserung]. [Name] hat hierzu den Bedarf analysiert, Beteiligte eingebunden, Lösungen entwickelt und die praktische Umsetzung über einen längeren Zeitraum begleitet. Dadurch wurden Einsatzbereitschaft, Sicherheit, Materialverfügbarkeit und Zusammenarbeit innerhalb der [Gliederung/des Bezirks] nachhaltig gestärkt. Zudem engagiert sich [er/sie] regelmäßig in Übungen und Fortbildungen, wertet Einsätze aus und überführt gewonnene Erkenntnisse in verbesserte Abläufe.</w:t>
      </w:r>
    </w:p>
    <w:p>
      <w:pPr>
        <w:jc w:val="both"/>
      </w:pPr>
      <w:r>
        <w:t>[Name] wirkt als fachliches und persönliches Vorbild. [Er/Sie] unterstützt gezielt die Entwicklung neuer Führungskräfte, vermittelt Erfahrungen und sorgt für eine sachliche, verlässliche Zusammenarbeit auch unter hoher Belastung. Die langjährige Führungsverantwortung, die überdurchschnittlichen Leistungen und die dauerhaft sichtbaren Verbesserungen gehen deutlich über die Anforderungen des Verdienstzeichens Bronze hinaus. Sie begründen die Verleihung des Verdienstzeichens Silber.</w:t>
      </w:r>
    </w:p>
    <w:p>
      <w:pPr>
        <w:pStyle w:val="Heading2"/>
      </w:pPr>
      <w:r>
        <w:t>Formulierungsvorschlag 3 – Nachhaltige Jugendarbeit</w:t>
      </w:r>
    </w:p>
    <w:p>
      <w:pPr>
        <w:jc w:val="both"/>
      </w:pPr>
      <w:r>
        <w:t>[Name] prägt seit [Jahr] die Jugendarbeit der [Gliederung] und hat über einen langen Zeitraum als [Funktion] besondere pädagogische und organisatorische Verantwortung übernommen. Unter seiner/ihrer Leitung wurden [Jugendgruppe, Veranstaltungsreihe, Ausbildungskonzept oder Projekt] aufgebaut und dauerhaft etabliert. [Name] entwickelt Jahresprogramme, koordiniert Betreuende, achtet auf geeignete Schutz- und Aufsichtskonzepte und sorgt für eine verlässliche Einbindung der Jugendarbeit in die Gesamtstruktur der Gliederung.</w:t>
      </w:r>
    </w:p>
    <w:p>
      <w:pPr>
        <w:jc w:val="both"/>
      </w:pPr>
      <w:r>
        <w:t>Durch gezielte Nachwuchsarbeit konnten [konkrete Ergebnisse, etwa Mitgliederentwicklung, Gewinnung neuer Betreuender oder Übergang in aktive Bereiche] erreicht werden. [Name] begleitet junge Mitglieder nicht nur bei Freizeitangeboten, sondern eröffnet ihnen schrittweise Möglichkeiten, selbst Verantwortung zu übernehmen. Mehrere heute aktive Jugendgruppenleitungen, Ausbilderinnen, Ausbilder oder Einsatzkräfte wurden durch [Name] gefördert, angeleitet und über längere Zeit begleitet. Besonders hervorzuheben ist [konkretes Projekt], das [konkrete Wirkung] entfaltet hat.</w:t>
      </w:r>
    </w:p>
    <w:p>
      <w:pPr>
        <w:jc w:val="both"/>
      </w:pPr>
      <w:r>
        <w:t>[Name] verbindet pädagogisches Geschick mit organisatorischer Stärke, Konfliktfähigkeit und einer ausgeprägten Vorbildfunktion. Das Wirken reicht weit über die Durchführung einzelner Veranstaltungen hinaus und hat die Nachwuchsarbeit, die Mitgliederbindung und die Entwicklung künftiger Verantwortungsträger nachhaltig verbessert. Die langjährige Führungsarbeit, die deutlich erkennbare Wirkung und das überdurchschnittliche Engagement rechtfertigen die Verleihung des Verdienstzeichens Silber.</w:t>
      </w:r>
    </w:p>
    <w:p>
      <w:pPr>
        <w:pStyle w:val="Heading2"/>
      </w:pPr>
      <w:r>
        <w:t>Formulierungsvorschlag 4 – Vorstands- und Organisationsentwicklung</w:t>
      </w:r>
    </w:p>
    <w:p>
      <w:pPr>
        <w:jc w:val="both"/>
      </w:pPr>
      <w:r>
        <w:t>[Name] hat sich seit [Jahr] in verschiedenen Vorstands- und Leitungsfunktionen um die Entwicklung der [Gliederung] besonders verdient gemacht. Als [Funktion] verantwortete [er/sie] unter anderem [Finanzen, Mitgliederentwicklung, Bauprojekt, Digitalisierung, Öffentlichkeitsarbeit oder anderes]. Dabei beschränkte sich [Name] nicht auf die ordnungsgemäße Erledigung formaler Aufgaben, sondern analysierte bestehende Probleme, entwickelte eigene Lösungsansätze und setzte diese mit großem persönlichem Einsatz um.</w:t>
      </w:r>
    </w:p>
    <w:p>
      <w:pPr>
        <w:jc w:val="both"/>
      </w:pPr>
      <w:r>
        <w:t>Durch [konkrete Maßnahme] wurden Abläufe verbessert, Ressourcen gesichert und die Handlungsfähigkeit der Gliederung dauerhaft gestärkt. [Name] koordinierte hierzu [Beteiligte oder Arbeitsschritte], bereitete Entscheidungen nachvollziehbar vor und sorgte für eine verlässliche Umsetzung. Besonders hervorzuheben sind [weitere konkrete Ergebnisse], die zu [Wirkung, beispielsweise finanzieller Stabilität, besserer Mitgliederkommunikation oder effizienterer Verwaltung] geführt haben. Auch in schwierigen Situationen übernimmt [Name] Verantwortung, vermittelt zwischen unterschiedlichen Interessen und sorgt für sachgerechte Entscheidungen.</w:t>
      </w:r>
    </w:p>
    <w:p>
      <w:pPr>
        <w:jc w:val="both"/>
      </w:pPr>
      <w:r>
        <w:t>Das Engagement hat die organisatorische Stabilität und Zukunftsfähigkeit der Gliederung deutlich verbessert. Die erreichten Ergebnisse wirken über einzelne Amtsperioden hinaus und entlasten nachfolgende Verantwortliche. Die langjährige Vorstands- und Leitungsverantwortung, die überdurchschnittliche Eigeninitiative und die nachhaltigen organisatorischen Erfolge gehen deutlich über die Voraussetzungen des Verdienstzeichens Bronze hinaus. Sie begründen die Verleihung des Verdienstzeichens Silber.</w:t>
      </w:r>
    </w:p>
    <w:p>
      <w:pPr>
        <w:pStyle w:val="Heading2"/>
      </w:pPr>
      <w:r>
        <w:t>Formulierungsvorschlag 5 – Gliederungsübergreifendes Engagement</w:t>
      </w:r>
    </w:p>
    <w:p>
      <w:pPr>
        <w:jc w:val="both"/>
      </w:pPr>
      <w:r>
        <w:t>[Name] engagiert sich seit [Jahr] nicht nur in der eigenen [Gliederung], sondern unterstützt regelmäßig auch [Bezirk, Landesverband oder benachbarte Gliederungen]. [Er/Sie] bringt seine/ihre Erfahrung in [Ausbildung, Einsatz, Jugend, Verwaltung oder Projektarbeit] ein und übernimmt Aufgaben, die über den eigenen unmittelbaren Verantwortungsbereich hinausreichen. Hierzu gehören insbesondere [konkrete Tätigkeiten, beispielsweise Lehrgangsmitarbeit, Unterstützung bei Großveranstaltungen, Mitarbeit in Arbeitsgruppen oder fachliche Beratung].</w:t>
      </w:r>
    </w:p>
    <w:p>
      <w:pPr>
        <w:jc w:val="both"/>
      </w:pPr>
      <w:r>
        <w:t>Besonders bei [konkretes Projekt oder Veranstaltung] hat [Name] maßgeblich zum Erfolg beigetragen. [Er/Sie] übernahm [konkrete Aufgaben], stimmte sich mit mehreren Gliederungen ab und sorgte dafür, dass [konkretes Ergebnis] erreicht werden konnte. Durch die Bereitschaft, Wissen weiterzugeben, bewährte Verfahren zu vermitteln und unterschiedliche Strukturen miteinander zu vernetzen, profitieren zahlreiche Ehrenamtliche von den Erfahrungen von [Name]. Auch bei kurzfristigen Unterstützungsbedarfen ist [er/sie] wiederholt bereit gewesen, zusätzliche Verantwortung zu übernehmen.</w:t>
      </w:r>
    </w:p>
    <w:p>
      <w:pPr>
        <w:jc w:val="both"/>
      </w:pPr>
      <w:r>
        <w:t>Das Wirken erzielt damit eine deutlich größere Reichweite als eine ausschließlich örtliche Tätigkeit. [Name] stärkt die Zusammenarbeit zwischen Gliederungen, verbessert die gemeinsame Aufgabenerfüllung und trägt zur einheitlichen Qualität der DLRG-Arbeit bei. Diese langjährige, überdurchschnittliche und nachhaltig wirksame Mitarbeit rechtfertigt die Verleihung des Verdienstzeichens Silber.</w:t>
      </w:r>
    </w:p>
    <w:p>
      <w:r>
        <w:br w:type="page"/>
      </w:r>
    </w:p>
    <w:p>
      <w:pPr>
        <w:pStyle w:val="Heading1"/>
      </w:pPr>
      <w:r>
        <w:t>Verdienstzeichen Gold</w:t>
      </w:r>
    </w:p>
    <w:p>
      <w:r>
        <w:rPr>
          <w:b/>
          <w:i/>
          <w:color w:val="5A5A5A"/>
        </w:rPr>
        <w:t>Schwerpunkt: herausragende Verdienste, prägende Führungs- oder Aufbauleistung und langfristige Verbandsentwicklung.</w:t>
      </w:r>
    </w:p>
    <w:p>
      <w:pPr>
        <w:pStyle w:val="Heading2"/>
      </w:pPr>
      <w:r>
        <w:t>Formulierungsvorschlag 1 – Langjährige prägende Führung</w:t>
      </w:r>
    </w:p>
    <w:p>
      <w:pPr>
        <w:jc w:val="both"/>
      </w:pPr>
      <w:r>
        <w:t>[Name] hat die Entwicklung der [Gliederung/des Bezirks] über mehr als [Zeitraum] in herausragender Weise geprägt. In den Funktionen [Funktionen mit Zeiträumen] übernahm [er/sie] umfassende Führungsverantwortung und war über viele Jahre maßgeblich an strategischen, fachlichen und organisatorischen Entscheidungen beteiligt. Unter seiner/ihrer Leitung wurden [Ausbildung, Einsatz, Jugend, Finanzen oder Organisationsentwicklung] grundlegend weiterentwickelt und auf eine dauerhaft tragfähige Grundlage gestellt.</w:t>
      </w:r>
    </w:p>
    <w:p>
      <w:pPr>
        <w:jc w:val="both"/>
      </w:pPr>
      <w:r>
        <w:t>Zu den besonders nachhaltigen Leistungen zählen [zwei bis drei konkrete Ergebnisse]. [Name] hat diese Entwicklungen nicht nur angestoßen, sondern von der Planung über die Einbindung der Beteiligten bis zur praktischen Umsetzung begleitet. Dabei gelang es [ihm/ihr], unterschiedliche Interessen zusammenzuführen, Mitarbeitende zu motivieren und auch in schwierigen Phasen klare Orientierung zu geben. Die erreichten Verbesserungen wirken bis heute fort und haben die Leistungsfähigkeit, Stabilität, Mitgliederbindung und öffentliche Wahrnehmung der DLRG deutlich gestärkt.</w:t>
      </w:r>
    </w:p>
    <w:p>
      <w:pPr>
        <w:jc w:val="both"/>
      </w:pPr>
      <w:r>
        <w:t>Ein weiterer Schwerpunkt des Wirkens liegt in der Förderung nachfolgender Verantwortungsträger. [Name] hat zahlreiche Ehrenamtliche an Führungsaufgaben herangeführt, Wissen systematisch weitergegeben und Strukturen geschaffen, die auch nach dem Ende der eigenen Funktion Bestand haben. [Er/Sie] hat damit weit über die reguläre Amtsausübung hinaus gehandelt und die Entwicklung der Organisation nachhaltig geprägt. Umfang, Dauer, Verantwortung und Wirkung dieser außergewöhnlichen Verdienste rechtfertigen die Verleihung des Verdienstzeichens Gold.</w:t>
      </w:r>
    </w:p>
    <w:p>
      <w:pPr>
        <w:pStyle w:val="Heading2"/>
      </w:pPr>
      <w:r>
        <w:t>Formulierungsvorschlag 2 – Aufbau eines Leistungsbereichs</w:t>
      </w:r>
    </w:p>
    <w:p>
      <w:pPr>
        <w:jc w:val="both"/>
      </w:pPr>
      <w:r>
        <w:t>[Name] hat seit [Jahr] mit außergewöhnlichem persönlichen Einsatz den Bereich [Ausbildung/Einsatz/Jugend/Katastrophenschutz] innerhalb der [Gliederung/des Bezirks] aufgebaut und über viele Jahre weiterentwickelt. Ausgangspunkt war [kurze Ausgangslage, beispielsweise fehlende Strukturen, geringe Personalstärke oder unzureichende Ausstattung]. Unter der maßgeblichen Leitung von [Name] entstand daraus [heutige Struktur oder Ergebnis], das inzwischen einen festen und leistungsfähigen Bestandteil der DLRG-Arbeit bildet.</w:t>
      </w:r>
    </w:p>
    <w:p>
      <w:pPr>
        <w:jc w:val="both"/>
      </w:pPr>
      <w:r>
        <w:t>[Name] entwickelte fachliche und organisatorische Konzepte, gewann und qualifizierte Mitarbeitende, initiierte erforderliche Beschaffungen und setzte sich für eine gesicherte Finanzierung ein. Zudem wurden verbindliche Abläufe, Aus- und Fortbildungswege sowie Kooperationen mit [Partnern] geschaffen. Durch diese Arbeit konnten [messbare oder nachvollziehbare Ergebnisse] erreicht werden. Der Bereich ist heute in der Lage, [konkrete Leistungen] zuverlässig und in hoher Qualität zu erbringen.</w:t>
      </w:r>
    </w:p>
    <w:p>
      <w:pPr>
        <w:jc w:val="both"/>
      </w:pPr>
      <w:r>
        <w:t>Die geschaffenen Strukturen bestehen dauerhaft fort und sind nicht von der täglichen persönlichen Mitwirkung von [Name] abhängig. Sie haben Vorbildwirkung über die eigene Gliederung hinaus und wurden teilweise von [anderen Gliederungen oder Ebenen] übernommen. Die Verbindung aus fachlicher Kompetenz, strategischer Planung, persönlicher Beharrlichkeit und langfristiger Wirkung stellt eine herausragende Aufbauleistung dar. Diese nachhaltige Bedeutung für die Verbandsentwicklung begründet die Verleihung des Verdienstzeichens Gold.</w:t>
      </w:r>
    </w:p>
    <w:p>
      <w:pPr>
        <w:pStyle w:val="Heading2"/>
      </w:pPr>
      <w:r>
        <w:t>Formulierungsvorschlag 3 – Überregionale Facharbeit</w:t>
      </w:r>
    </w:p>
    <w:p>
      <w:pPr>
        <w:jc w:val="both"/>
      </w:pPr>
      <w:r>
        <w:t>[Name] hat sich über viele Jahre in besonderer Weise auf mehreren Verbandsebenen für die DLRG eingesetzt. Neben der Tätigkeit in [Gliederung] übernahm [er/sie] Verantwortung in [Bezirk/Landesverband/Bundesebene] und wirkte maßgeblich an [Lehrkonzepten, Einsatzstrukturen, Gremienarbeit oder Projekten] mit. Dabei brachte [Name] eine hohe fachliche Kompetenz, langjährige Praxiserfahrung und die Fähigkeit ein, komplexe Fragestellungen strukturiert zu bearbeiten.</w:t>
      </w:r>
    </w:p>
    <w:p>
      <w:pPr>
        <w:jc w:val="both"/>
      </w:pPr>
      <w:r>
        <w:t>Besonders hervorzuheben ist die Mitwirkung an [konkretes Projekt oder Regelwerk]. [Name] entwickelte [konkrete Inhalte], koordinierte die Abstimmung mit [Beteiligten] und sorgte dafür, dass die Ergebnisse in der Praxis umgesetzt werden konnten. Die erarbeiteten Lösungen führten zu [konkrete Verbesserungen oder Ergebnisse] und wurden überregional von zahlreichen Gliederungen genutzt. Darüber hinaus steht [Name] als Referent/in, Berater/in oder Ansprechperson zur Verfügung und unterstützt andere Verantwortungsträger bei fachlichen und organisatorischen Fragen.</w:t>
      </w:r>
    </w:p>
    <w:p>
      <w:pPr>
        <w:jc w:val="both"/>
      </w:pPr>
      <w:r>
        <w:t>Das Engagement ist durch eine außergewöhnliche Reichweite und langfristige Wirkung gekennzeichnet. Die Arbeit von [Name] hat nicht nur einzelne Veranstaltungen oder Projekte unterstützt, sondern Standards, Strukturen und Arbeitsweisen auf mehreren Ebenen nachhaltig beeinflusst. Umfang, Qualität, Dauer und überregionale Bedeutung dieses Wirkens gehen weit über eine örtliche Tätigkeit hinaus. Sie rechtfertigen die Verleihung des Verdienstzeichens Gold.</w:t>
      </w:r>
    </w:p>
    <w:p>
      <w:pPr>
        <w:pStyle w:val="Heading2"/>
      </w:pPr>
      <w:r>
        <w:t>Formulierungsvorschlag 4 – Langfristige Nachwuchs- und Personalentwicklung</w:t>
      </w:r>
    </w:p>
    <w:p>
      <w:pPr>
        <w:jc w:val="both"/>
      </w:pPr>
      <w:r>
        <w:t>[Name] hat sich seit [Jahr] in herausragender Weise der Gewinnung, Qualifizierung und Begleitung ehrenamtlicher Nachwuchskräfte gewidmet. Als [Funktion] erkannte [er/sie] frühzeitig, dass die Zukunftsfähigkeit der [Gliederung/des Bezirks] wesentlich von einer systematischen Personalentwicklung abhängt. Daraufhin entwickelte [Name] [Mentoring, Ausbildungssystem, Jugendkonzept oder Führungskräfteprogramm] und setzte dieses über einen langen Zeitraum konsequent um.</w:t>
      </w:r>
    </w:p>
    <w:p>
      <w:pPr>
        <w:jc w:val="both"/>
      </w:pPr>
      <w:r>
        <w:t>[Name] begleitet Mitglieder individuell auf ihrem Weg von ersten Helfertätigkeiten bis zur Übernahme verantwortlicher Funktionen. [Er/Sie] vermittelt fachliche Kenntnisse, gibt konstruktive Rückmeldungen, eröffnet Entwicklungsmöglichkeiten und ermutigt geeignete Personen zur Übernahme weiterführender Aufgaben. Zahlreiche heute aktive Ausbilderinnen, Einsatzkräfte, Jugendleitungen und Vorstandsmitglieder wurden durch [Name] gefördert und geprägt. Besonders sichtbar wird die Wirkung an [konkrete Beispiele oder Ergebnisse].</w:t>
      </w:r>
    </w:p>
    <w:p>
      <w:pPr>
        <w:jc w:val="both"/>
      </w:pPr>
      <w:r>
        <w:t>Durch dieses Engagement entstand eine nachhaltige personelle Grundlage, die die Leistungsfähigkeit und Stabilität der Organisation dauerhaft sichert. Zugleich hat [Name] eine Kultur der Wertschätzung, Verlässlichkeit und Verantwortungsübernahme mitgeprägt. Die langfristige Wirkung auf Menschen, Strukturen und Verbandskultur sowie die besondere persönliche Vorbildfunktion gehen deutlich über eine übliche Funktionsausübung hinaus. Diese herausragenden Verdienste rechtfertigen die Verleihung des Verdienstzeichens Gold.</w:t>
      </w:r>
    </w:p>
    <w:p>
      <w:pPr>
        <w:pStyle w:val="Heading2"/>
      </w:pPr>
      <w:r>
        <w:t>Formulierungsvorschlag 5 – Außergewöhnliches Gesamtengagement</w:t>
      </w:r>
    </w:p>
    <w:p>
      <w:pPr>
        <w:jc w:val="both"/>
      </w:pPr>
      <w:r>
        <w:t>[Name] hat über Jahrzehnte hinweg in unterschiedlichen Bereichen außergewöhnliche Verdienste für die DLRG erworben. Das Engagement umfasst [Funktionen und Tätigkeitsfelder] und reicht von der praktischen Mitarbeit in Ausbildung und Einsatz bis zur strategischen Verantwortung in [Gliederung, Bezirk oder Landesverband]. In allen übernommenen Aufgaben zeichnete sich [Name] durch außergewöhnliche Verlässlichkeit, hohe fachliche Kompetenz und die Bereitschaft aus, Verantwortung auch in schwierigen Situationen zu übernehmen.</w:t>
      </w:r>
    </w:p>
    <w:p>
      <w:pPr>
        <w:jc w:val="both"/>
      </w:pPr>
      <w:r>
        <w:t>Besonders hervorzuheben sind [konkrete Projekte, Rettungsdienstleistungen, organisatorische Erfolge oder Verbandsentwicklungen]. [Name] hat diese Vorhaben maßgeblich initiiert, begleitet oder erfolgreich abgeschlossen und dadurch dauerhafte Verbesserungen für Mitglieder, Einsatzkräfte und Bevölkerung bewirkt. Darüber hinaus war [er/sie] wiederholt bereit, zusätzliche Aufgaben zu übernehmen, personelle Engpässe auszugleichen und andere Ehrenamtliche fachlich sowie persönlich zu unterstützen.</w:t>
      </w:r>
    </w:p>
    <w:p>
      <w:pPr>
        <w:jc w:val="both"/>
      </w:pPr>
      <w:r>
        <w:t>Das Wirken von [Name] ist durch Kontinuität, hohe Verantwortung, große Reichweite und nachhaltige Ergebnisse gekennzeichnet. Die verschiedenen Tätigkeitsfelder stehen nicht unverbunden nebeneinander, sondern ergeben in ihrer Gesamtheit eine über Jahrzehnte gewachsene, außergewöhnliche Leistung für die DLRG. Die Verdienste gehen deutlich über langjährige Pflichterfüllung hinaus und haben die Organisation erkennbar geprägt. Diese herausragende Gesamtleistung begründet die Verleihung des Verdienstzeichens Gold.</w:t>
      </w:r>
    </w:p>
    <w:p>
      <w:r>
        <w:br w:type="page"/>
      </w:r>
    </w:p>
    <w:p>
      <w:pPr>
        <w:pStyle w:val="Heading1"/>
      </w:pPr>
      <w:r>
        <w:t>Verdienstzeichen Gold mit Brillant</w:t>
      </w:r>
    </w:p>
    <w:p>
      <w:r>
        <w:rPr>
          <w:b/>
          <w:i/>
          <w:color w:val="5A5A5A"/>
        </w:rPr>
        <w:t>Schwerpunkt: außergewöhnliches Lebenswerk, überregionale Bedeutung und dauerhaft prägende Wirkung.</w:t>
      </w:r>
    </w:p>
    <w:p>
      <w:pPr>
        <w:pStyle w:val="Heading2"/>
      </w:pPr>
      <w:r>
        <w:t>Formulierungsvorschlag 1 – Lebenswerk für die DLRG</w:t>
      </w:r>
    </w:p>
    <w:p>
      <w:pPr>
        <w:jc w:val="both"/>
      </w:pPr>
      <w:r>
        <w:t>[Name] hat sein/ihr ehrenamtliches Wirken über mehr als [Zeitraum] in außergewöhnlicher Weise in den Dienst der DLRG gestellt. Beginnend mit [erste Tätigkeit] übernahm [er/sie] im Laufe der Jahrzehnte die Funktionen [Funktionen und Zeiträume] und prägte damit die Entwicklung von [Gliederung, Bezirk oder Landesverband] entscheidend. Das Engagement war zu keiner Zeit auf die reine Wahrnehmung von Ämtern beschränkt, sondern stets von persönlicher Initiative, strategischer Weitsicht und außergewöhnlicher Einsatzbereitschaft gekennzeichnet.</w:t>
      </w:r>
    </w:p>
    <w:p>
      <w:pPr>
        <w:jc w:val="both"/>
      </w:pPr>
      <w:r>
        <w:t>Zu seinem/ihrem Lebenswerk gehören insbesondere [drei zentrale Leistungen]. Diese Leistungen haben [konkrete Wirkung] entfaltet und bestehen teilweise bis heute fort. [Name] hat Strukturen geschaffen, die Leistungsfähigkeit der Organisation langfristig gesichert und mehrere Generationen von Ehrenamtlichen fachlich und persönlich geprägt. Zahlreiche heute verantwortliche Mitglieder wurden durch [ihn/sie] ausgebildet, gefördert oder zur Übernahme von Aufgaben ermutigt. Darüber hinaus wirkte [Name] über den eigenen Verantwortungsbereich hinaus und brachte Erfahrungen in [weitere Ebenen oder gesellschaftliche Bereiche] ein.</w:t>
      </w:r>
    </w:p>
    <w:p>
      <w:pPr>
        <w:jc w:val="both"/>
      </w:pPr>
      <w:r>
        <w:t>Das Gesamtwirken ist durch außergewöhnliche Dauer, Breite, Tiefe und Reichweite gekennzeichnet. Die Verdienste können nicht als Summe einzelner Projekte oder Funktionen bewertet werden, sondern bilden ein in sich geschlossenes Lebenswerk für die DLRG. Die nachhaltige organisatorische, fachliche und menschliche Prägung besitzt herausragende Bedeutung und rechtfertigt in besonderem Maße die Verleihung des Verdienstzeichens Gold mit Brillant.</w:t>
      </w:r>
    </w:p>
    <w:p>
      <w:pPr>
        <w:pStyle w:val="Heading2"/>
      </w:pPr>
      <w:r>
        <w:t>Formulierungsvorschlag 2 – Verbandsentwicklung über mehrere Ebenen</w:t>
      </w:r>
    </w:p>
    <w:p>
      <w:pPr>
        <w:jc w:val="both"/>
      </w:pPr>
      <w:r>
        <w:t>[Name] hat über Jahrzehnte hinweg auf Ortsgruppen-, Bezirks- und Landesverbandsebene herausragende Verantwortung übernommen. In den Funktionen [Funktionen mit Zeiträumen] war [er/sie] maßgeblich daran beteiligt, die DLRG fachlich, organisatorisch und strategisch weiterzuentwickeln. Durch sein/ihr Wirken wurden [zentrale Strukturen, Konzepte oder Einrichtungen] geschaffen, grundlegend modernisiert oder dauerhaft abgesichert.</w:t>
      </w:r>
    </w:p>
    <w:p>
      <w:pPr>
        <w:jc w:val="both"/>
      </w:pPr>
      <w:r>
        <w:t>Besonders prägend waren [konkrete Leistungen], die nicht nur einer einzelnen Gliederung zugutekamen, sondern die Arbeit zahlreicher DLRG-Einheiten beeinflussten. [Name] entwickelte tragfähige Lösungen für [Herausforderungen], führte unterschiedliche Verbandsebenen zusammen und sorgte dafür, dass beschlossene Maßnahmen auch praktisch umgesetzt wurden. In schwierigen Entwicklungsphasen war [er/sie] eine verlässliche und richtungsweisende Führungspersönlichkeit, die Verantwortung übernahm und andere zur Mitarbeit motivierte.</w:t>
      </w:r>
    </w:p>
    <w:p>
      <w:pPr>
        <w:jc w:val="both"/>
      </w:pPr>
      <w:r>
        <w:t>Die von [Name] geschaffenen oder geprägten Strukturen wirken über einzelne Amtszeiten hinaus. Sie haben Standards gesetzt, die Zusammenarbeit verbessert und die Leistungsfähigkeit der DLRG dauerhaft gestärkt. Zugleich hat [Name] zahlreiche Verantwortungsträger begleitet und eine Kultur der konstruktiven, verbindlichen Verbandsarbeit gefördert. Die außergewöhnliche überregionale Bedeutung, die jahrzehntelange Verantwortung und die nachhaltig prägende Wirkung rechtfertigen die Verleihung des Verdienstzeichens Gold mit Brillant.</w:t>
      </w:r>
    </w:p>
    <w:p>
      <w:pPr>
        <w:pStyle w:val="Heading2"/>
      </w:pPr>
      <w:r>
        <w:t>Formulierungsvorschlag 3 – Außergewöhnliche Aufbau- und Pionierleistung</w:t>
      </w:r>
    </w:p>
    <w:p>
      <w:pPr>
        <w:jc w:val="both"/>
      </w:pPr>
      <w:r>
        <w:t>[Name] hat mit außergewöhnlicher Initiative und Beharrlichkeit [Bereich, Einrichtung oder Struktur] aufgebaut und zu einem dauerhaft tragfähigen Bestandteil der DLRG entwickelt. Ausgangspunkt war [kurze Ausgangslage], in der weder ausreichende personelle noch organisatorische oder materielle Voraussetzungen vorhanden waren. [Name] erkannte den Handlungsbedarf frühzeitig, entwickelte eine langfristige Zielvorstellung und gewann Mitstreiterinnen, Mitstreiter sowie externe Partner für die Umsetzung.</w:t>
      </w:r>
    </w:p>
    <w:p>
      <w:pPr>
        <w:jc w:val="both"/>
      </w:pPr>
      <w:r>
        <w:t>Unter seiner/ihrer Führung entstanden [heutige Ergebnisse]. Dabei verantwortete [Name] Konzeptentwicklung, Personalgewinnung, Qualifizierung, Finanzierung, Beschaffung, Kooperationen und praktische Umsetzung. Widerstände und Rückschläge wurden mit großer Ausdauer überwunden. Besonders hervorzuheben sind [konkrete Meilensteine], durch die der Bereich dauerhaft etabliert und auf eine verlässliche Grundlage gestellt werden konnte. Die geschaffenen Strukturen wurden zum Vorbild für [weitere Gliederungen oder Verbandsebenen] und entfalten bis heute Wirkung.</w:t>
      </w:r>
    </w:p>
    <w:p>
      <w:pPr>
        <w:jc w:val="both"/>
      </w:pPr>
      <w:r>
        <w:t>Diese Leistung ist nicht als einzelnes erfolgreiches Projekt zu bewerten. Sie ist vielmehr ein prägender Bestandteil eines jahrzehntelangen außergewöhnlichen Wirkens, das die DLRG nachhaltig verändert und neue Entwicklungsmöglichkeiten eröffnet hat. Die Verbindung aus Pioniergeist, persönlicher Verantwortung, überregionaler Wirkung und dauerhafter Verbandsentwicklung besitzt Lebenswerkcharakter. Sie rechtfertigt die Verleihung des Verdienstzeichens Gold mit Brillant.</w:t>
      </w:r>
    </w:p>
    <w:p>
      <w:pPr>
        <w:pStyle w:val="Heading2"/>
      </w:pPr>
      <w:r>
        <w:t>Formulierungsvorschlag 4 – Prägung von Menschen und Verbandskultur</w:t>
      </w:r>
    </w:p>
    <w:p>
      <w:pPr>
        <w:jc w:val="both"/>
      </w:pPr>
      <w:r>
        <w:t>[Name] hat über einen außergewöhnlich langen Zeitraum nicht nur fachliche und organisatorische Leistungen erbracht, sondern die Kultur der DLRG nachhaltig geprägt. Durch persönliche Integrität, Verlässlichkeit, Bescheidenheit und die konsequente Förderung anderer wurde [er/sie] für mehrere Generationen von Mitgliedern zu einer herausragenden Orientierungsperson. [Name] lebte die Werte der DLRG in besonderer Weise vor und verband hohe Leistungsanforderungen mit menschlicher Zugewandtheit und fairer Zusammenarbeit.</w:t>
      </w:r>
    </w:p>
    <w:p>
      <w:pPr>
        <w:jc w:val="both"/>
      </w:pPr>
      <w:r>
        <w:t>Zahlreiche heute verantwortliche Ehrenamtliche wurden von [Name] ausgebildet, begleitet oder zur Übernahme von Führungsaufgaben ermutigt. [Er/Sie] nahm sich Zeit für persönliche Beratung, vermittelte Wissen und Erfahrung und unterstützte Nachwuchskräfte auch in schwierigen Phasen. Zugleich initiierte [Name] [konkrete nachhaltige Entwicklungen], die die Zusammenarbeit, Anerkennungskultur oder Mitgliederbindung dauerhaft verbessert haben. Viele dieser Impulse wirken bis heute in der täglichen Verbandsarbeit fort.</w:t>
      </w:r>
    </w:p>
    <w:p>
      <w:pPr>
        <w:jc w:val="both"/>
      </w:pPr>
      <w:r>
        <w:t>Die Bedeutung von [Name] liegt damit nicht allein in messbaren Projektergebnissen, sondern besonders in der langfristigen Prägung von Menschen, Haltung und Organisationskultur. Die Verbindung aus außergewöhnlicher Lebensleistung, Vorbildwirkung, Nachwuchsförderung und dauerhafter Verbandsentwicklung geht weit über herausragende Einzelleistungen hinaus. Sie rechtfertigt in besonderem Maße die Verleihung des Verdienstzeichens Gold mit Brillant.</w:t>
      </w:r>
    </w:p>
    <w:p>
      <w:pPr>
        <w:pStyle w:val="Heading2"/>
      </w:pPr>
      <w:r>
        <w:t>Formulierungsvorschlag 5 – Gesamtwürdigung einer außergewöhnlichen Lebensleistung</w:t>
      </w:r>
    </w:p>
    <w:p>
      <w:pPr>
        <w:jc w:val="both"/>
      </w:pPr>
      <w:r>
        <w:t>[Name] hat sich über [Zeitraum] in einem Maße um die DLRG verdient gemacht, das deutlich über langjährige und herausragende Pflichterfüllung hinausgeht. Sein/Ihr Engagement umfasst [Tätigkeitsfelder und Ebenen] und war insbesondere durch [zentrale Merkmale, beispielsweise außergewöhnliche Verantwortung, fachliche Exzellenz, Weitsicht und persönliche Einsatzbereitschaft] geprägt. In den Funktionen [Funktionen und Zeiträume] wirkte [Name] kontinuierlich an der Entwicklung der Organisation mit und übernahm auch in besonders anspruchsvollen Situationen Verantwortung.</w:t>
      </w:r>
    </w:p>
    <w:p>
      <w:pPr>
        <w:jc w:val="both"/>
      </w:pPr>
      <w:r>
        <w:t>Mit [konkrete Leistungen] bewirkte [Name] dauerhafte Verbesserungen für die Organisation, ihre Mitglieder und die Menschen, denen die DLRG dient. Die erzielten Ergebnisse besitzen überregionale Bedeutung, wurden von anderen Gliederungen übernommen oder wirkten als Impuls für weiterführende Entwicklungen. Darüber hinaus förderte [Name] systematisch nachfolgende Generationen von Ehrenamtlichen, gab Wissen weiter und sorgte dafür, dass geschaffene Strukturen auch nach dem Ende einzelner Funktionen fortbestehen.</w:t>
      </w:r>
    </w:p>
    <w:p>
      <w:pPr>
        <w:jc w:val="both"/>
      </w:pPr>
      <w:r>
        <w:t>Aufgrund der außergewöhnlichen Dauer, Breite, Tiefe und Nachhaltigkeit des Wirkens ist die Gesamtleistung als Lebenswerk einzuordnen. Die Verdienste verbinden fachliche, organisatorische und menschliche Dimensionen und haben die DLRG über Jahrzehnte hinweg nachhaltig geprägt. Eine Würdigung allein durch die Betrachtung einzelner Tätigkeiten würde der Gesamtbedeutung nicht gerecht. Die Verleihung des Verdienstzeichens Gold mit Brillant ist daher in besonderem Maße gerechtfertigt.</w:t>
      </w:r>
    </w:p>
    <w:p>
      <w:r>
        <w:br w:type="page"/>
      </w:r>
    </w:p>
    <w:p>
      <w:pPr>
        <w:pStyle w:val="Heading1"/>
      </w:pPr>
      <w:r>
        <w:t>Checkliste zur individuellen Anpassung</w:t>
      </w:r>
    </w:p>
    <w:p>
      <w:r>
        <w:rPr>
          <w:b/>
        </w:rPr>
        <w:t xml:space="preserve">☐ </w:t>
      </w:r>
      <w:r>
        <w:t>Alle Platzhalter wurden durch konkrete und nachweisbare Angaben ersetzt.</w:t>
      </w:r>
    </w:p>
    <w:p>
      <w:r>
        <w:rPr>
          <w:b/>
        </w:rPr>
        <w:t xml:space="preserve">☐ </w:t>
      </w:r>
      <w:r>
        <w:t>Funktionen sind mit Zeitraum und tatsächlichem Verantwortungsumfang beschrieben.</w:t>
      </w:r>
    </w:p>
    <w:p>
      <w:r>
        <w:rPr>
          <w:b/>
        </w:rPr>
        <w:t xml:space="preserve">☐ </w:t>
      </w:r>
      <w:r>
        <w:t>Mindestens zwei konkrete Leistungen oder Ergebnisse sind genannt.</w:t>
      </w:r>
    </w:p>
    <w:p>
      <w:r>
        <w:rPr>
          <w:b/>
        </w:rPr>
        <w:t xml:space="preserve">☐ </w:t>
      </w:r>
      <w:r>
        <w:t>Die Wirkung für Gliederung, Bezirk, Landesverband oder DLRG insgesamt ist nachvollziehbar dargestellt.</w:t>
      </w:r>
    </w:p>
    <w:p>
      <w:r>
        <w:rPr>
          <w:b/>
        </w:rPr>
        <w:t xml:space="preserve">☐ </w:t>
      </w:r>
      <w:r>
        <w:t>Die Nachhaltigkeit der Leistung wird beschrieben.</w:t>
      </w:r>
    </w:p>
    <w:p>
      <w:r>
        <w:rPr>
          <w:b/>
        </w:rPr>
        <w:t xml:space="preserve">☐ </w:t>
      </w:r>
      <w:r>
        <w:t>Die Begründung ist deutlich von der vorherigen Ehrungsstufe abgegrenzt.</w:t>
      </w:r>
    </w:p>
    <w:p>
      <w:r>
        <w:rPr>
          <w:b/>
        </w:rPr>
        <w:t xml:space="preserve">☐ </w:t>
      </w:r>
      <w:r>
        <w:t>Übertreibungen, unbelegte Wertungen und reine Aufzählungen wurden vermieden.</w:t>
      </w:r>
    </w:p>
    <w:p>
      <w:r>
        <w:rPr>
          <w:b/>
        </w:rPr>
        <w:t xml:space="preserve">☐ </w:t>
      </w:r>
      <w:r>
        <w:t>Der Text wurde vor der Eingabe in den DLRG-Manager fachlich und sprachlich geprüft.</w:t>
      </w:r>
    </w:p>
    <w:p>
      <w:pPr>
        <w:pStyle w:val="Heading2"/>
      </w:pPr>
      <w:r>
        <w:t>Abschließender Hinweis</w:t>
      </w:r>
    </w:p>
    <w:p>
      <w:pPr>
        <w:jc w:val="both"/>
      </w:pPr>
      <w:r>
        <w:t>Die Entscheidung über eine Ehrung erfolgt durch die jeweils zuständige Stelle. Auch eine ausführliche Begründung begründet keinen Anspruch auf Verleihung. Sie ermöglicht jedoch eine sachgerechte, nachvollziehbare und einheitliche Bewertung der tatsächlichen Verdienste.</w:t>
      </w: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Formulierungshilfe – Platzhalter durch nachweisbare Angaben ersetzen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646464"/>
        <w:sz w:val="16"/>
      </w:rPr>
      <w:t>DLRG Landesverband Schleswig-Holstein | Formulierungshilfen Ehrungsanträge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E30613"/>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1E1E1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E3061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inweis">
    <w:name w:val="Hinweis"/>
    <w:pPr>
      <w:spacing w:after="60"/>
      <w:ind w:left="227" w:right="227"/>
    </w:pPr>
    <w:rPr>
      <w:rFonts w:ascii="Arial" w:hAnsi="Arial"/>
      <w:color w:val="282828"/>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